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9" w:type="dxa"/>
        <w:jc w:val="center"/>
        <w:tblInd w:w="-421" w:type="dxa"/>
        <w:tblLook w:val="01E0" w:firstRow="1" w:lastRow="1" w:firstColumn="1" w:lastColumn="1" w:noHBand="0" w:noVBand="0"/>
      </w:tblPr>
      <w:tblGrid>
        <w:gridCol w:w="4313"/>
        <w:gridCol w:w="5846"/>
      </w:tblGrid>
      <w:tr w:rsidR="00F31959" w:rsidRPr="001D4936" w:rsidTr="001D4936">
        <w:trPr>
          <w:trHeight w:val="291"/>
          <w:jc w:val="center"/>
        </w:trPr>
        <w:tc>
          <w:tcPr>
            <w:tcW w:w="4313" w:type="dxa"/>
          </w:tcPr>
          <w:p w:rsidR="00F31959" w:rsidRPr="001D4936" w:rsidRDefault="00082A5D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</w:rPr>
              <w:t xml:space="preserve">     </w:t>
            </w:r>
            <w:r w:rsidR="00F31959" w:rsidRPr="001D4936">
              <w:rPr>
                <w:b/>
              </w:rPr>
              <w:t>UBND XÃ AN LỤC LONG</w:t>
            </w:r>
          </w:p>
        </w:tc>
        <w:tc>
          <w:tcPr>
            <w:tcW w:w="5846" w:type="dxa"/>
          </w:tcPr>
          <w:p w:rsidR="00F31959" w:rsidRPr="001D4936" w:rsidRDefault="00F31959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</w:rPr>
              <w:t>CỘNG HOÀ XÃ HỘI CHỦ NGHĨA VIỆT NAM</w:t>
            </w:r>
          </w:p>
        </w:tc>
      </w:tr>
      <w:tr w:rsidR="00F31959" w:rsidRPr="001D4936" w:rsidTr="001D4936">
        <w:trPr>
          <w:trHeight w:val="325"/>
          <w:jc w:val="center"/>
        </w:trPr>
        <w:tc>
          <w:tcPr>
            <w:tcW w:w="4313" w:type="dxa"/>
          </w:tcPr>
          <w:p w:rsidR="00F31959" w:rsidRPr="00A84324" w:rsidRDefault="00F31959" w:rsidP="001D4936">
            <w:pPr>
              <w:spacing w:after="0" w:line="240" w:lineRule="auto"/>
            </w:pPr>
            <w:r w:rsidRPr="00A84324">
              <w:t>TRƯỜNG MG AN LỤC LONG</w:t>
            </w:r>
          </w:p>
        </w:tc>
        <w:tc>
          <w:tcPr>
            <w:tcW w:w="5846" w:type="dxa"/>
          </w:tcPr>
          <w:p w:rsidR="00F31959" w:rsidRPr="001D4936" w:rsidRDefault="00F31959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</w:rPr>
              <w:t xml:space="preserve">               Độc lập - Tự do - Hạnh phúc</w:t>
            </w:r>
          </w:p>
        </w:tc>
      </w:tr>
      <w:tr w:rsidR="00F31959" w:rsidRPr="001D4936" w:rsidTr="001D4936">
        <w:trPr>
          <w:trHeight w:val="641"/>
          <w:jc w:val="center"/>
        </w:trPr>
        <w:tc>
          <w:tcPr>
            <w:tcW w:w="4313" w:type="dxa"/>
          </w:tcPr>
          <w:p w:rsidR="00F31959" w:rsidRPr="001D4936" w:rsidRDefault="00F31959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711D97" wp14:editId="1B8915FB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8255</wp:posOffset>
                      </wp:positionV>
                      <wp:extent cx="1034415" cy="0"/>
                      <wp:effectExtent l="10160" t="8890" r="12700" b="1016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4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9pt,.65pt" to="155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/bJ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"/>
                  </w:pict>
                </mc:Fallback>
              </mc:AlternateContent>
            </w:r>
            <w:r w:rsidRPr="001D4936">
              <w:rPr>
                <w:b/>
              </w:rPr>
              <w:t xml:space="preserve"> </w:t>
            </w:r>
          </w:p>
          <w:p w:rsidR="00F31959" w:rsidRPr="001D4936" w:rsidRDefault="00082A5D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</w:rPr>
              <w:t xml:space="preserve">      </w:t>
            </w:r>
            <w:r w:rsidR="00F31959" w:rsidRPr="001D4936">
              <w:rPr>
                <w:b/>
              </w:rPr>
              <w:t>Số: ..../TB-MNALL</w:t>
            </w:r>
          </w:p>
        </w:tc>
        <w:tc>
          <w:tcPr>
            <w:tcW w:w="5846" w:type="dxa"/>
          </w:tcPr>
          <w:p w:rsidR="00F31959" w:rsidRPr="001D4936" w:rsidRDefault="00F31959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1CF5DA" wp14:editId="7310AAD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-635</wp:posOffset>
                      </wp:positionV>
                      <wp:extent cx="1953895" cy="0"/>
                      <wp:effectExtent l="7620" t="9525" r="1016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3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85pt,-.05pt" to="203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"/>
                  </w:pict>
                </mc:Fallback>
              </mc:AlternateContent>
            </w:r>
            <w:r w:rsidRPr="001D4936">
              <w:rPr>
                <w:b/>
              </w:rPr>
              <w:t xml:space="preserve">      </w:t>
            </w:r>
          </w:p>
          <w:p w:rsidR="00F31959" w:rsidRPr="001D4936" w:rsidRDefault="00F31959" w:rsidP="001D4936">
            <w:pPr>
              <w:spacing w:after="0" w:line="240" w:lineRule="auto"/>
              <w:rPr>
                <w:b/>
              </w:rPr>
            </w:pPr>
            <w:r w:rsidRPr="001D4936">
              <w:rPr>
                <w:b/>
              </w:rPr>
              <w:t xml:space="preserve">      An Lục Long, ngày 2</w:t>
            </w:r>
            <w:r w:rsidR="00082A5D" w:rsidRPr="001D4936">
              <w:rPr>
                <w:b/>
              </w:rPr>
              <w:t>4</w:t>
            </w:r>
            <w:r w:rsidRPr="001D4936">
              <w:rPr>
                <w:b/>
              </w:rPr>
              <w:t xml:space="preserve"> tháng </w:t>
            </w:r>
            <w:r w:rsidR="00082A5D" w:rsidRPr="001D4936">
              <w:rPr>
                <w:b/>
              </w:rPr>
              <w:t>7</w:t>
            </w:r>
            <w:r w:rsidRPr="001D4936">
              <w:rPr>
                <w:b/>
              </w:rPr>
              <w:t xml:space="preserve"> năm 2026</w:t>
            </w:r>
          </w:p>
        </w:tc>
      </w:tr>
    </w:tbl>
    <w:p w:rsidR="001D4936" w:rsidRPr="00A84324" w:rsidRDefault="00094CC2" w:rsidP="00A84324">
      <w:pPr>
        <w:spacing w:before="120" w:after="120" w:line="240" w:lineRule="auto"/>
        <w:jc w:val="center"/>
        <w:rPr>
          <w:b/>
          <w:sz w:val="28"/>
          <w:szCs w:val="28"/>
        </w:rPr>
      </w:pPr>
      <w:r w:rsidRPr="001D4936">
        <w:br/>
      </w:r>
      <w:r w:rsidRPr="00A84324">
        <w:rPr>
          <w:b/>
          <w:sz w:val="28"/>
          <w:szCs w:val="28"/>
        </w:rPr>
        <w:t>THÔNG BÁO</w:t>
      </w:r>
      <w:r w:rsidRPr="00A84324">
        <w:rPr>
          <w:b/>
          <w:sz w:val="28"/>
          <w:szCs w:val="28"/>
        </w:rPr>
        <w:br/>
        <w:t>Tuyển sinh năm học 202</w:t>
      </w:r>
      <w:r w:rsidR="00A61B8D" w:rsidRPr="00A84324">
        <w:rPr>
          <w:b/>
          <w:sz w:val="28"/>
          <w:szCs w:val="28"/>
        </w:rPr>
        <w:t>6-2027</w:t>
      </w:r>
    </w:p>
    <w:p w:rsidR="001D4936" w:rsidRPr="00A84324" w:rsidRDefault="00094CC2" w:rsidP="00A84324">
      <w:pPr>
        <w:spacing w:before="120" w:after="120" w:line="240" w:lineRule="auto"/>
        <w:ind w:firstLine="720"/>
        <w:jc w:val="both"/>
        <w:rPr>
          <w:sz w:val="28"/>
          <w:szCs w:val="28"/>
        </w:rPr>
      </w:pPr>
      <w:r w:rsidRPr="00A84324">
        <w:rPr>
          <w:sz w:val="28"/>
          <w:szCs w:val="28"/>
        </w:rPr>
        <w:t xml:space="preserve">Thực hiện Kế hoạch số </w:t>
      </w:r>
      <w:r w:rsidR="00A61B8D" w:rsidRPr="00A84324">
        <w:rPr>
          <w:sz w:val="28"/>
          <w:szCs w:val="28"/>
        </w:rPr>
        <w:t>3271</w:t>
      </w:r>
      <w:r w:rsidRPr="00A84324">
        <w:rPr>
          <w:sz w:val="28"/>
          <w:szCs w:val="28"/>
        </w:rPr>
        <w:t>/KH-M</w:t>
      </w:r>
      <w:r w:rsidR="00A61B8D" w:rsidRPr="00A84324">
        <w:rPr>
          <w:sz w:val="28"/>
          <w:szCs w:val="28"/>
        </w:rPr>
        <w:t>N</w:t>
      </w:r>
      <w:r w:rsidRPr="00A84324">
        <w:rPr>
          <w:sz w:val="28"/>
          <w:szCs w:val="28"/>
        </w:rPr>
        <w:t>ALL ngày 1</w:t>
      </w:r>
      <w:r w:rsidR="00A61B8D" w:rsidRPr="00A84324">
        <w:rPr>
          <w:sz w:val="28"/>
          <w:szCs w:val="28"/>
        </w:rPr>
        <w:t>7</w:t>
      </w:r>
      <w:r w:rsidRPr="00A84324">
        <w:rPr>
          <w:sz w:val="28"/>
          <w:szCs w:val="28"/>
        </w:rPr>
        <w:t>/7/202</w:t>
      </w:r>
      <w:r w:rsidR="00A61B8D" w:rsidRPr="00A84324">
        <w:rPr>
          <w:sz w:val="28"/>
          <w:szCs w:val="28"/>
        </w:rPr>
        <w:t>6</w:t>
      </w:r>
      <w:r w:rsidRPr="00A84324">
        <w:rPr>
          <w:sz w:val="28"/>
          <w:szCs w:val="28"/>
        </w:rPr>
        <w:t xml:space="preserve"> của</w:t>
      </w:r>
      <w:r w:rsidR="00082A5D" w:rsidRPr="00A84324">
        <w:rPr>
          <w:sz w:val="28"/>
          <w:szCs w:val="28"/>
        </w:rPr>
        <w:t xml:space="preserve"> UBND xã An Lục Long về Kế hoạch tuyển sinh nămhọc 2026 - 2027 của cấp học mầm non trên địa bàn xã An Lục Long</w:t>
      </w:r>
      <w:r w:rsidR="001D4936" w:rsidRPr="00A84324">
        <w:rPr>
          <w:sz w:val="28"/>
          <w:szCs w:val="28"/>
        </w:rPr>
        <w:t>.</w:t>
      </w:r>
    </w:p>
    <w:p w:rsidR="001D4936" w:rsidRPr="00A84324" w:rsidRDefault="00082A5D" w:rsidP="00A84324">
      <w:pPr>
        <w:spacing w:before="120" w:after="120" w:line="240" w:lineRule="auto"/>
        <w:ind w:firstLine="720"/>
        <w:jc w:val="both"/>
        <w:rPr>
          <w:sz w:val="28"/>
          <w:szCs w:val="28"/>
        </w:rPr>
      </w:pPr>
      <w:r w:rsidRPr="00A84324">
        <w:rPr>
          <w:sz w:val="28"/>
          <w:szCs w:val="28"/>
        </w:rPr>
        <w:t>C</w:t>
      </w:r>
      <w:r w:rsidR="00094CC2" w:rsidRPr="00A84324">
        <w:rPr>
          <w:sz w:val="28"/>
          <w:szCs w:val="28"/>
        </w:rPr>
        <w:t>ăn cứ vào số lượng trẻ trong độ tuổi trên địa bàn xã An Lục Long và điều kiện về cơ sở vật chất, đội ngũ CB-GV-NV của nhà trườ</w:t>
      </w:r>
      <w:r w:rsidR="001D4936" w:rsidRPr="00A84324">
        <w:rPr>
          <w:sz w:val="28"/>
          <w:szCs w:val="28"/>
        </w:rPr>
        <w:t xml:space="preserve">ng; </w:t>
      </w:r>
      <w:r w:rsidR="00094CC2" w:rsidRPr="00A84324">
        <w:rPr>
          <w:sz w:val="28"/>
          <w:szCs w:val="28"/>
        </w:rPr>
        <w:t xml:space="preserve">Trường </w:t>
      </w:r>
      <w:r w:rsidR="00A61B8D" w:rsidRPr="00A84324">
        <w:rPr>
          <w:sz w:val="28"/>
          <w:szCs w:val="28"/>
        </w:rPr>
        <w:t>Mầm non</w:t>
      </w:r>
      <w:r w:rsidR="00094CC2" w:rsidRPr="00A84324">
        <w:rPr>
          <w:sz w:val="28"/>
          <w:szCs w:val="28"/>
        </w:rPr>
        <w:t xml:space="preserve"> An Lục Long thông báo tuyển sinh năm học 202</w:t>
      </w:r>
      <w:r w:rsidR="00A61B8D" w:rsidRPr="00A84324">
        <w:rPr>
          <w:sz w:val="28"/>
          <w:szCs w:val="28"/>
        </w:rPr>
        <w:t>6</w:t>
      </w:r>
      <w:r w:rsidR="00094CC2" w:rsidRPr="00A84324">
        <w:rPr>
          <w:sz w:val="28"/>
          <w:szCs w:val="28"/>
        </w:rPr>
        <w:t>-202</w:t>
      </w:r>
      <w:r w:rsidR="00A61B8D" w:rsidRPr="00A84324">
        <w:rPr>
          <w:sz w:val="28"/>
          <w:szCs w:val="28"/>
        </w:rPr>
        <w:t>7</w:t>
      </w:r>
      <w:r w:rsidR="001D4936" w:rsidRPr="00A84324">
        <w:rPr>
          <w:sz w:val="28"/>
          <w:szCs w:val="28"/>
        </w:rPr>
        <w:t xml:space="preserve"> như sau:</w:t>
      </w:r>
    </w:p>
    <w:p w:rsidR="00A84324" w:rsidRDefault="00094CC2" w:rsidP="00A84324">
      <w:pPr>
        <w:spacing w:after="0" w:line="360" w:lineRule="auto"/>
        <w:ind w:left="720"/>
        <w:rPr>
          <w:sz w:val="28"/>
          <w:szCs w:val="28"/>
        </w:rPr>
      </w:pPr>
      <w:r w:rsidRPr="00A84324">
        <w:rPr>
          <w:b/>
          <w:sz w:val="28"/>
          <w:szCs w:val="28"/>
        </w:rPr>
        <w:t xml:space="preserve">I. Đối tượng: Trẻ từ </w:t>
      </w:r>
      <w:r w:rsidR="00A61B8D" w:rsidRPr="00A84324">
        <w:rPr>
          <w:b/>
          <w:sz w:val="28"/>
          <w:szCs w:val="28"/>
        </w:rPr>
        <w:t>2</w:t>
      </w:r>
      <w:r w:rsidRPr="00A84324">
        <w:rPr>
          <w:b/>
          <w:sz w:val="28"/>
          <w:szCs w:val="28"/>
        </w:rPr>
        <w:t xml:space="preserve"> đến 5 tuổ</w:t>
      </w:r>
      <w:r w:rsidR="001D4936" w:rsidRPr="00A84324">
        <w:rPr>
          <w:b/>
          <w:sz w:val="28"/>
          <w:szCs w:val="28"/>
        </w:rPr>
        <w:t>i</w:t>
      </w:r>
      <w:r w:rsidRPr="00A84324">
        <w:rPr>
          <w:sz w:val="28"/>
          <w:szCs w:val="28"/>
        </w:rPr>
        <w:br/>
        <w:t>* Chỉ tiêu</w:t>
      </w:r>
      <w:r w:rsidR="00CF2B66" w:rsidRPr="00A84324">
        <w:rPr>
          <w:sz w:val="28"/>
          <w:szCs w:val="28"/>
        </w:rPr>
        <w:t xml:space="preserve"> tuyển mới</w:t>
      </w:r>
      <w:r w:rsidRPr="00A84324">
        <w:rPr>
          <w:sz w:val="28"/>
          <w:szCs w:val="28"/>
        </w:rPr>
        <w:t>: 1</w:t>
      </w:r>
      <w:r w:rsidR="00A87613">
        <w:rPr>
          <w:sz w:val="28"/>
          <w:szCs w:val="28"/>
        </w:rPr>
        <w:t>20</w:t>
      </w:r>
      <w:r w:rsidRPr="00A84324">
        <w:rPr>
          <w:sz w:val="28"/>
          <w:szCs w:val="28"/>
        </w:rPr>
        <w:t xml:space="preserve"> trẻ</w:t>
      </w:r>
      <w:r w:rsidRPr="00A84324">
        <w:rPr>
          <w:sz w:val="28"/>
          <w:szCs w:val="28"/>
        </w:rPr>
        <w:br/>
        <w:t>- Trẻ sinh năm 202</w:t>
      </w:r>
      <w:r w:rsidR="00A61B8D" w:rsidRPr="00A84324">
        <w:rPr>
          <w:sz w:val="28"/>
          <w:szCs w:val="28"/>
        </w:rPr>
        <w:t>1</w:t>
      </w:r>
      <w:r w:rsidRPr="00A84324">
        <w:rPr>
          <w:sz w:val="28"/>
          <w:szCs w:val="28"/>
        </w:rPr>
        <w:t>: 20 trẻ</w:t>
      </w:r>
      <w:r w:rsidRPr="00A84324">
        <w:rPr>
          <w:sz w:val="28"/>
          <w:szCs w:val="28"/>
        </w:rPr>
        <w:br/>
        <w:t>- Trẻ sinh năm 202</w:t>
      </w:r>
      <w:r w:rsidR="00A61B8D" w:rsidRPr="00A84324">
        <w:rPr>
          <w:sz w:val="28"/>
          <w:szCs w:val="28"/>
        </w:rPr>
        <w:t>2</w:t>
      </w:r>
      <w:r w:rsidRPr="00A84324">
        <w:rPr>
          <w:sz w:val="28"/>
          <w:szCs w:val="28"/>
        </w:rPr>
        <w:t xml:space="preserve">: </w:t>
      </w:r>
      <w:r w:rsidR="00CF2B66" w:rsidRPr="00A84324">
        <w:rPr>
          <w:sz w:val="28"/>
          <w:szCs w:val="28"/>
        </w:rPr>
        <w:t>5</w:t>
      </w:r>
      <w:r w:rsidRPr="00A84324">
        <w:rPr>
          <w:sz w:val="28"/>
          <w:szCs w:val="28"/>
        </w:rPr>
        <w:t>0 trẻ</w:t>
      </w:r>
      <w:r w:rsidRPr="00A84324">
        <w:rPr>
          <w:sz w:val="28"/>
          <w:szCs w:val="28"/>
        </w:rPr>
        <w:br/>
        <w:t>- Trẻ sinh năm 202</w:t>
      </w:r>
      <w:r w:rsidR="00A61B8D" w:rsidRPr="00A84324">
        <w:rPr>
          <w:sz w:val="28"/>
          <w:szCs w:val="28"/>
        </w:rPr>
        <w:t>3</w:t>
      </w:r>
      <w:r w:rsidRPr="00A84324">
        <w:rPr>
          <w:sz w:val="28"/>
          <w:szCs w:val="28"/>
        </w:rPr>
        <w:t xml:space="preserve">: </w:t>
      </w:r>
      <w:r w:rsidR="00CF2B66" w:rsidRPr="00A84324">
        <w:rPr>
          <w:sz w:val="28"/>
          <w:szCs w:val="28"/>
        </w:rPr>
        <w:t>25</w:t>
      </w:r>
      <w:r w:rsidRPr="00A84324">
        <w:rPr>
          <w:sz w:val="28"/>
          <w:szCs w:val="28"/>
        </w:rPr>
        <w:t xml:space="preserve"> trẻ</w:t>
      </w:r>
    </w:p>
    <w:p w:rsidR="00B124C3" w:rsidRDefault="00A61B8D" w:rsidP="00A84324">
      <w:pPr>
        <w:spacing w:after="0" w:line="240" w:lineRule="auto"/>
        <w:ind w:left="720"/>
        <w:rPr>
          <w:sz w:val="28"/>
          <w:szCs w:val="28"/>
        </w:rPr>
      </w:pPr>
      <w:r w:rsidRPr="00A84324">
        <w:rPr>
          <w:sz w:val="28"/>
          <w:szCs w:val="28"/>
        </w:rPr>
        <w:t>- Trẻ sinh năm 202</w:t>
      </w:r>
      <w:r w:rsidR="00CF2B66" w:rsidRPr="00A84324">
        <w:rPr>
          <w:sz w:val="28"/>
          <w:szCs w:val="28"/>
        </w:rPr>
        <w:t>4</w:t>
      </w:r>
      <w:r w:rsidRPr="00A84324">
        <w:rPr>
          <w:sz w:val="28"/>
          <w:szCs w:val="28"/>
        </w:rPr>
        <w:t xml:space="preserve">: </w:t>
      </w:r>
      <w:r w:rsidR="00A87613">
        <w:rPr>
          <w:sz w:val="28"/>
          <w:szCs w:val="28"/>
        </w:rPr>
        <w:t>25</w:t>
      </w:r>
      <w:r w:rsidRPr="00A84324">
        <w:rPr>
          <w:sz w:val="28"/>
          <w:szCs w:val="28"/>
        </w:rPr>
        <w:t xml:space="preserve"> trẻ</w:t>
      </w:r>
    </w:p>
    <w:p w:rsidR="001D4936" w:rsidRPr="00A84324" w:rsidRDefault="00094CC2" w:rsidP="00A84324">
      <w:pPr>
        <w:spacing w:after="0" w:line="240" w:lineRule="auto"/>
        <w:ind w:left="720"/>
        <w:rPr>
          <w:sz w:val="28"/>
          <w:szCs w:val="28"/>
        </w:rPr>
      </w:pPr>
      <w:r w:rsidRPr="00A84324">
        <w:rPr>
          <w:i/>
          <w:sz w:val="28"/>
          <w:szCs w:val="28"/>
        </w:rPr>
        <w:t>* Điều kiệ</w:t>
      </w:r>
      <w:r w:rsidR="00A84324">
        <w:rPr>
          <w:i/>
          <w:sz w:val="28"/>
          <w:szCs w:val="28"/>
        </w:rPr>
        <w:t xml:space="preserve">n </w:t>
      </w:r>
      <w:r w:rsidRPr="00A84324">
        <w:rPr>
          <w:i/>
          <w:sz w:val="28"/>
          <w:szCs w:val="28"/>
        </w:rPr>
        <w:t>xét ưu tiên theo thứ tự đến hết chỉ</w:t>
      </w:r>
      <w:r w:rsidR="00A84324">
        <w:rPr>
          <w:i/>
          <w:sz w:val="28"/>
          <w:szCs w:val="28"/>
        </w:rPr>
        <w:t xml:space="preserve"> tiêu</w:t>
      </w:r>
      <w:r w:rsidR="001D4936" w:rsidRPr="00A84324">
        <w:rPr>
          <w:i/>
          <w:sz w:val="28"/>
          <w:szCs w:val="28"/>
        </w:rPr>
        <w:t>:</w:t>
      </w:r>
    </w:p>
    <w:p w:rsidR="001D4936" w:rsidRPr="00A87613" w:rsidRDefault="00094CC2" w:rsidP="00A84324">
      <w:pPr>
        <w:spacing w:before="120" w:after="120" w:line="240" w:lineRule="auto"/>
        <w:ind w:firstLine="720"/>
        <w:rPr>
          <w:rFonts w:cs="Times New Roman"/>
          <w:sz w:val="28"/>
          <w:szCs w:val="28"/>
        </w:rPr>
      </w:pPr>
      <w:r w:rsidRPr="00A84324">
        <w:rPr>
          <w:sz w:val="28"/>
          <w:szCs w:val="28"/>
        </w:rPr>
        <w:t>1. Trẻ có thông tin cư trú tại xã An Lục Long (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Lộ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Đá,Chợ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Ông Bái, Cầu Hàng, Đồng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Tre,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Cầu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Ván, Cầu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Kinh, Nhà Việc,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một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phần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khu vực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ấp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Hồi</w:t>
      </w:r>
      <w:r w:rsidR="00A87613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87613" w:rsidRPr="00A87613">
        <w:rPr>
          <w:rFonts w:cs="Times New Roman"/>
          <w:sz w:val="28"/>
          <w:szCs w:val="28"/>
          <w:shd w:val="clear" w:color="auto" w:fill="FFFFFF"/>
        </w:rPr>
        <w:t>Xuân</w:t>
      </w:r>
      <w:r w:rsidR="001D4936" w:rsidRPr="00A87613">
        <w:rPr>
          <w:rFonts w:cs="Times New Roman"/>
          <w:sz w:val="28"/>
          <w:szCs w:val="28"/>
        </w:rPr>
        <w:t>).</w:t>
      </w:r>
    </w:p>
    <w:p w:rsidR="001D4936" w:rsidRPr="00A84324" w:rsidRDefault="00094CC2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>2. Con của CB-CNV làm việc trên địa bàn xã An Lụ</w:t>
      </w:r>
      <w:r w:rsidR="001D4936" w:rsidRPr="00A84324">
        <w:rPr>
          <w:sz w:val="28"/>
          <w:szCs w:val="28"/>
        </w:rPr>
        <w:t>c Long.</w:t>
      </w:r>
    </w:p>
    <w:p w:rsidR="001D4936" w:rsidRPr="00A84324" w:rsidRDefault="00094CC2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>3. Trẻ ở</w:t>
      </w:r>
      <w:r w:rsidR="00CF2B66" w:rsidRPr="00A84324">
        <w:rPr>
          <w:sz w:val="28"/>
          <w:szCs w:val="28"/>
        </w:rPr>
        <w:t xml:space="preserve"> các xã</w:t>
      </w:r>
      <w:r w:rsidRPr="00A84324">
        <w:rPr>
          <w:sz w:val="28"/>
          <w:szCs w:val="28"/>
        </w:rPr>
        <w:t xml:space="preserve"> </w:t>
      </w:r>
      <w:r w:rsidR="00CF2B66" w:rsidRPr="00A84324">
        <w:rPr>
          <w:sz w:val="28"/>
          <w:szCs w:val="28"/>
        </w:rPr>
        <w:t>giáp ranh khác</w:t>
      </w:r>
      <w:r w:rsidRPr="00A84324">
        <w:rPr>
          <w:sz w:val="28"/>
          <w:szCs w:val="28"/>
        </w:rPr>
        <w:t xml:space="preserve"> (nếu còn chỉ</w:t>
      </w:r>
      <w:r w:rsidR="00CF2B66" w:rsidRPr="00A84324">
        <w:rPr>
          <w:sz w:val="28"/>
          <w:szCs w:val="28"/>
        </w:rPr>
        <w:t xml:space="preserve"> tiêu).</w:t>
      </w:r>
    </w:p>
    <w:p w:rsidR="001D4936" w:rsidRPr="00A84324" w:rsidRDefault="00094CC2" w:rsidP="00A84324">
      <w:pPr>
        <w:spacing w:before="120" w:after="120" w:line="240" w:lineRule="auto"/>
        <w:ind w:firstLine="720"/>
        <w:rPr>
          <w:b/>
          <w:sz w:val="28"/>
          <w:szCs w:val="28"/>
        </w:rPr>
      </w:pPr>
      <w:r w:rsidRPr="00A84324">
        <w:rPr>
          <w:b/>
          <w:sz w:val="28"/>
          <w:szCs w:val="28"/>
        </w:rPr>
        <w:t>II. Thời gian tuyể</w:t>
      </w:r>
      <w:r w:rsidR="001D4936" w:rsidRPr="00A84324">
        <w:rPr>
          <w:b/>
          <w:sz w:val="28"/>
          <w:szCs w:val="28"/>
        </w:rPr>
        <w:t>n sinh</w:t>
      </w:r>
    </w:p>
    <w:p w:rsidR="001D4936" w:rsidRPr="00A84324" w:rsidRDefault="00094CC2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>- 0</w:t>
      </w:r>
      <w:r w:rsidR="00CF2B66" w:rsidRPr="00A84324">
        <w:rPr>
          <w:sz w:val="28"/>
          <w:szCs w:val="28"/>
        </w:rPr>
        <w:t>1</w:t>
      </w:r>
      <w:r w:rsidRPr="00A84324">
        <w:rPr>
          <w:sz w:val="28"/>
          <w:szCs w:val="28"/>
        </w:rPr>
        <w:t>/8/202</w:t>
      </w:r>
      <w:r w:rsidR="00CF2B66" w:rsidRPr="00A84324">
        <w:rPr>
          <w:sz w:val="28"/>
          <w:szCs w:val="28"/>
        </w:rPr>
        <w:t>6</w:t>
      </w:r>
      <w:r w:rsidRPr="00A84324">
        <w:rPr>
          <w:sz w:val="28"/>
          <w:szCs w:val="28"/>
        </w:rPr>
        <w:t xml:space="preserve"> đến 0</w:t>
      </w:r>
      <w:r w:rsidR="00CF2B66" w:rsidRPr="00A84324">
        <w:rPr>
          <w:sz w:val="28"/>
          <w:szCs w:val="28"/>
        </w:rPr>
        <w:t>7</w:t>
      </w:r>
      <w:r w:rsidRPr="00A84324">
        <w:rPr>
          <w:sz w:val="28"/>
          <w:szCs w:val="28"/>
        </w:rPr>
        <w:t>/8/202</w:t>
      </w:r>
      <w:r w:rsidR="00CF2B66" w:rsidRPr="00A84324">
        <w:rPr>
          <w:sz w:val="28"/>
          <w:szCs w:val="28"/>
        </w:rPr>
        <w:t>6</w:t>
      </w:r>
      <w:r w:rsidRPr="00A84324">
        <w:rPr>
          <w:sz w:val="28"/>
          <w:szCs w:val="28"/>
        </w:rPr>
        <w:t>: Đăng ký tuyển sinh trực tuyế</w:t>
      </w:r>
      <w:r w:rsidR="001D4936" w:rsidRPr="00A84324">
        <w:rPr>
          <w:sz w:val="28"/>
          <w:szCs w:val="28"/>
        </w:rPr>
        <w:t>n.</w:t>
      </w:r>
    </w:p>
    <w:p w:rsidR="001D4936" w:rsidRPr="00A84324" w:rsidRDefault="00094CC2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- </w:t>
      </w:r>
      <w:r w:rsidR="00CF2B66" w:rsidRPr="00A84324">
        <w:rPr>
          <w:sz w:val="28"/>
          <w:szCs w:val="28"/>
        </w:rPr>
        <w:t>10</w:t>
      </w:r>
      <w:r w:rsidRPr="00A84324">
        <w:rPr>
          <w:sz w:val="28"/>
          <w:szCs w:val="28"/>
        </w:rPr>
        <w:t>/8/202</w:t>
      </w:r>
      <w:r w:rsidR="00CF2B66" w:rsidRPr="00A84324">
        <w:rPr>
          <w:sz w:val="28"/>
          <w:szCs w:val="28"/>
        </w:rPr>
        <w:t>6</w:t>
      </w:r>
      <w:r w:rsidRPr="00A84324">
        <w:rPr>
          <w:sz w:val="28"/>
          <w:szCs w:val="28"/>
        </w:rPr>
        <w:t xml:space="preserve"> đến 1</w:t>
      </w:r>
      <w:r w:rsidR="00CF2B66" w:rsidRPr="00A84324">
        <w:rPr>
          <w:sz w:val="28"/>
          <w:szCs w:val="28"/>
        </w:rPr>
        <w:t>4</w:t>
      </w:r>
      <w:r w:rsidRPr="00A84324">
        <w:rPr>
          <w:sz w:val="28"/>
          <w:szCs w:val="28"/>
        </w:rPr>
        <w:t>/8/202</w:t>
      </w:r>
      <w:r w:rsidR="00CF2B66" w:rsidRPr="00A84324">
        <w:rPr>
          <w:sz w:val="28"/>
          <w:szCs w:val="28"/>
        </w:rPr>
        <w:t>6</w:t>
      </w:r>
      <w:r w:rsidRPr="00A84324">
        <w:rPr>
          <w:sz w:val="28"/>
          <w:szCs w:val="28"/>
        </w:rPr>
        <w:t>: Nộp hồ sơ trực tiếp sau khi có kết quả trúng tuyể</w:t>
      </w:r>
      <w:r w:rsidR="001D4936" w:rsidRPr="00A84324">
        <w:rPr>
          <w:sz w:val="28"/>
          <w:szCs w:val="28"/>
        </w:rPr>
        <w:t>n.</w:t>
      </w:r>
    </w:p>
    <w:p w:rsidR="001D4936" w:rsidRDefault="00094CC2" w:rsidP="00B124C3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- Thời gian </w:t>
      </w:r>
      <w:r w:rsidR="00A65AA4" w:rsidRPr="00A84324">
        <w:rPr>
          <w:sz w:val="28"/>
          <w:szCs w:val="28"/>
        </w:rPr>
        <w:t>nhận hồ sơ</w:t>
      </w:r>
      <w:r w:rsidR="00F71E13">
        <w:rPr>
          <w:sz w:val="28"/>
          <w:szCs w:val="28"/>
        </w:rPr>
        <w:t>: Sáng 7 giờ</w:t>
      </w:r>
      <w:r w:rsidR="00A90A9B">
        <w:rPr>
          <w:sz w:val="28"/>
          <w:szCs w:val="28"/>
        </w:rPr>
        <w:t xml:space="preserve"> </w:t>
      </w:r>
      <w:r w:rsidR="00F71E13">
        <w:rPr>
          <w:sz w:val="28"/>
          <w:szCs w:val="28"/>
        </w:rPr>
        <w:t>–11 giờ</w:t>
      </w:r>
      <w:r w:rsidRPr="00A84324">
        <w:rPr>
          <w:sz w:val="28"/>
          <w:szCs w:val="28"/>
        </w:rPr>
        <w:t>; chiều 13</w:t>
      </w:r>
      <w:r w:rsidR="00F71E13">
        <w:rPr>
          <w:sz w:val="28"/>
          <w:szCs w:val="28"/>
        </w:rPr>
        <w:t xml:space="preserve"> giờ 30 phút –16 giờ 3</w:t>
      </w:r>
      <w:r w:rsidR="00A90A9B">
        <w:rPr>
          <w:sz w:val="28"/>
          <w:szCs w:val="28"/>
        </w:rPr>
        <w:t>0</w:t>
      </w:r>
      <w:r w:rsidR="00F71E13">
        <w:rPr>
          <w:sz w:val="28"/>
          <w:szCs w:val="28"/>
        </w:rPr>
        <w:t xml:space="preserve"> phút.</w:t>
      </w:r>
    </w:p>
    <w:p w:rsidR="00B124C3" w:rsidRPr="00A84324" w:rsidRDefault="00B124C3" w:rsidP="00B124C3">
      <w:pPr>
        <w:spacing w:before="120" w:after="12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Đối với học sinh cũ đã học trong năm học 2025-2026, Phụ huynh </w:t>
      </w:r>
      <w:r>
        <w:rPr>
          <w:sz w:val="28"/>
          <w:szCs w:val="28"/>
        </w:rPr>
        <w:t xml:space="preserve">không đăng ký trực tuyến mà chỉ </w:t>
      </w:r>
      <w:r>
        <w:rPr>
          <w:sz w:val="28"/>
          <w:szCs w:val="28"/>
        </w:rPr>
        <w:t xml:space="preserve">liên hệ </w:t>
      </w:r>
      <w:r>
        <w:rPr>
          <w:sz w:val="28"/>
          <w:szCs w:val="28"/>
        </w:rPr>
        <w:t xml:space="preserve">với </w:t>
      </w:r>
      <w:bookmarkStart w:id="0" w:name="_GoBack"/>
      <w:bookmarkEnd w:id="0"/>
      <w:r>
        <w:rPr>
          <w:sz w:val="28"/>
          <w:szCs w:val="28"/>
        </w:rPr>
        <w:t xml:space="preserve">nhà trường để bổ sung </w:t>
      </w:r>
      <w:r w:rsidRPr="00A84324">
        <w:rPr>
          <w:sz w:val="28"/>
          <w:szCs w:val="28"/>
        </w:rPr>
        <w:t>Đơn xin nhập học</w:t>
      </w:r>
      <w:r>
        <w:rPr>
          <w:sz w:val="28"/>
          <w:szCs w:val="28"/>
        </w:rPr>
        <w:t>.</w:t>
      </w:r>
    </w:p>
    <w:p w:rsidR="00A65AA4" w:rsidRPr="00A84324" w:rsidRDefault="00094CC2" w:rsidP="00A84324">
      <w:pPr>
        <w:spacing w:before="120" w:after="120" w:line="240" w:lineRule="auto"/>
        <w:ind w:left="720"/>
        <w:rPr>
          <w:b/>
          <w:sz w:val="28"/>
          <w:szCs w:val="28"/>
        </w:rPr>
      </w:pPr>
      <w:r w:rsidRPr="00F71E13">
        <w:rPr>
          <w:b/>
          <w:sz w:val="28"/>
          <w:szCs w:val="28"/>
        </w:rPr>
        <w:t>III. Hình thức tuyển sinh</w:t>
      </w:r>
      <w:r w:rsidR="00A65AA4" w:rsidRPr="00F71E13">
        <w:rPr>
          <w:b/>
          <w:sz w:val="28"/>
          <w:szCs w:val="28"/>
        </w:rPr>
        <w:t xml:space="preserve"> trực tuyế</w:t>
      </w:r>
      <w:r w:rsidR="001D4936" w:rsidRPr="00F71E13">
        <w:rPr>
          <w:b/>
          <w:sz w:val="28"/>
          <w:szCs w:val="28"/>
        </w:rPr>
        <w:t>n:</w:t>
      </w:r>
      <w:r w:rsidRPr="00F71E13">
        <w:rPr>
          <w:b/>
          <w:sz w:val="28"/>
          <w:szCs w:val="28"/>
        </w:rPr>
        <w:br/>
      </w:r>
      <w:r w:rsidR="00F71E13">
        <w:rPr>
          <w:b/>
          <w:sz w:val="28"/>
          <w:szCs w:val="28"/>
        </w:rPr>
        <w:t xml:space="preserve">* </w:t>
      </w:r>
      <w:r w:rsidR="00A65AA4" w:rsidRPr="00A84324">
        <w:rPr>
          <w:b/>
          <w:sz w:val="28"/>
          <w:szCs w:val="28"/>
        </w:rPr>
        <w:t>Bước 1. Truy cập hệ thống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Sử dụng điện thoại thông minh, máy tính bảng hoặc máy tính có kết nối Internet. 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lastRenderedPageBreak/>
        <w:t xml:space="preserve">Truy cập vào địa chỉ: </w:t>
      </w:r>
      <w:hyperlink r:id="rId7" w:tgtFrame="_new" w:history="1">
        <w:r w:rsidRPr="00A84324">
          <w:rPr>
            <w:rStyle w:val="Hyperlink"/>
            <w:sz w:val="28"/>
            <w:szCs w:val="28"/>
          </w:rPr>
          <w:t>https://tuyensinh.tayninh.edu.vn</w:t>
        </w:r>
      </w:hyperlink>
      <w:r w:rsidRPr="00A84324">
        <w:rPr>
          <w:sz w:val="28"/>
          <w:szCs w:val="28"/>
        </w:rPr>
        <w:t xml:space="preserve">. </w:t>
      </w:r>
    </w:p>
    <w:p w:rsidR="00A65AA4" w:rsidRPr="00A84324" w:rsidRDefault="00F71E13" w:rsidP="00A84324">
      <w:pPr>
        <w:spacing w:before="120" w:after="12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A65AA4" w:rsidRPr="00A84324">
        <w:rPr>
          <w:b/>
          <w:sz w:val="28"/>
          <w:szCs w:val="28"/>
        </w:rPr>
        <w:t>Bước 2. Đăng nhập hệ thống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Chọn </w:t>
      </w:r>
      <w:r w:rsidR="00F31959" w:rsidRPr="00A84324">
        <w:rPr>
          <w:sz w:val="28"/>
          <w:szCs w:val="28"/>
        </w:rPr>
        <w:t>Tra cứu</w:t>
      </w:r>
      <w:r w:rsidRPr="00A84324">
        <w:rPr>
          <w:sz w:val="28"/>
          <w:szCs w:val="28"/>
        </w:rPr>
        <w:t xml:space="preserve"> 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Đăng nhập bằng </w:t>
      </w:r>
      <w:r w:rsidR="00F31959" w:rsidRPr="00A84324">
        <w:rPr>
          <w:sz w:val="28"/>
          <w:szCs w:val="28"/>
        </w:rPr>
        <w:t>Số định danh HS</w:t>
      </w:r>
    </w:p>
    <w:p w:rsidR="00F31959" w:rsidRPr="00A84324" w:rsidRDefault="00F31959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Chọn xác nhận đăng ký hồ sơ tuyển sinh mới </w:t>
      </w:r>
    </w:p>
    <w:p w:rsidR="00A65AA4" w:rsidRPr="00A84324" w:rsidRDefault="00F71E13" w:rsidP="00A84324">
      <w:pPr>
        <w:spacing w:before="120" w:after="12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A65AA4" w:rsidRPr="00A84324">
        <w:rPr>
          <w:b/>
          <w:sz w:val="28"/>
          <w:szCs w:val="28"/>
        </w:rPr>
        <w:t>Bước 3. Chọn đợt tuyển sinh</w:t>
      </w:r>
    </w:p>
    <w:p w:rsidR="00F31959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Chọn đúng: </w:t>
      </w:r>
      <w:r w:rsidR="00A74C4B">
        <w:rPr>
          <w:sz w:val="28"/>
          <w:szCs w:val="28"/>
        </w:rPr>
        <w:t>T</w:t>
      </w:r>
      <w:r w:rsidR="00F31959" w:rsidRPr="00A84324">
        <w:rPr>
          <w:sz w:val="28"/>
          <w:szCs w:val="28"/>
        </w:rPr>
        <w:t>uyển sinh khối Mầm non năm học 2026-2027</w:t>
      </w:r>
    </w:p>
    <w:p w:rsidR="00F31959" w:rsidRPr="00A84324" w:rsidRDefault="00F31959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>Nhập đủ các thông tin hệ thống yêu cầu</w:t>
      </w:r>
    </w:p>
    <w:p w:rsidR="00A65AA4" w:rsidRPr="00A84324" w:rsidRDefault="00F71E13" w:rsidP="00A84324">
      <w:pPr>
        <w:spacing w:before="120" w:after="12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A65AA4" w:rsidRPr="00A84324">
        <w:rPr>
          <w:b/>
          <w:sz w:val="28"/>
          <w:szCs w:val="28"/>
        </w:rPr>
        <w:t xml:space="preserve">Bước </w:t>
      </w:r>
      <w:r w:rsidR="00F31959" w:rsidRPr="00A84324">
        <w:rPr>
          <w:b/>
          <w:sz w:val="28"/>
          <w:szCs w:val="28"/>
        </w:rPr>
        <w:t>4</w:t>
      </w:r>
      <w:r w:rsidR="00A65AA4" w:rsidRPr="00A84324">
        <w:rPr>
          <w:b/>
          <w:sz w:val="28"/>
          <w:szCs w:val="28"/>
        </w:rPr>
        <w:t>. Chọn trường đăng ký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>Chọn trường theo nguyện vọ</w:t>
      </w:r>
      <w:r w:rsidR="00094CC2">
        <w:rPr>
          <w:sz w:val="28"/>
          <w:szCs w:val="28"/>
        </w:rPr>
        <w:t>ng (Trường Mầm non An Lục Long)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Kiểm tra kỹ thông tin trước khi lưu. </w:t>
      </w:r>
    </w:p>
    <w:p w:rsidR="00A65AA4" w:rsidRPr="00A84324" w:rsidRDefault="00F71E13" w:rsidP="00A84324">
      <w:pPr>
        <w:spacing w:before="120" w:after="12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A65AA4" w:rsidRPr="00A84324">
        <w:rPr>
          <w:b/>
          <w:sz w:val="28"/>
          <w:szCs w:val="28"/>
        </w:rPr>
        <w:t xml:space="preserve">Bước </w:t>
      </w:r>
      <w:r w:rsidR="00F31959" w:rsidRPr="00A84324">
        <w:rPr>
          <w:b/>
          <w:sz w:val="28"/>
          <w:szCs w:val="28"/>
        </w:rPr>
        <w:t>5</w:t>
      </w:r>
      <w:r w:rsidR="00A65AA4" w:rsidRPr="00A84324">
        <w:rPr>
          <w:b/>
          <w:sz w:val="28"/>
          <w:szCs w:val="28"/>
        </w:rPr>
        <w:t>. Nộp hồ sơ</w:t>
      </w:r>
    </w:p>
    <w:p w:rsidR="00A65AA4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Kiểm tra toàn bộ thông tin. </w:t>
      </w:r>
    </w:p>
    <w:p w:rsidR="00F31959" w:rsidRPr="00A84324" w:rsidRDefault="00A65AA4" w:rsidP="00A84324">
      <w:pPr>
        <w:spacing w:before="120" w:after="120" w:line="240" w:lineRule="auto"/>
        <w:ind w:firstLine="720"/>
        <w:rPr>
          <w:sz w:val="28"/>
          <w:szCs w:val="28"/>
        </w:rPr>
      </w:pPr>
      <w:r w:rsidRPr="00A84324">
        <w:rPr>
          <w:sz w:val="28"/>
          <w:szCs w:val="28"/>
        </w:rPr>
        <w:t xml:space="preserve">Chọn </w:t>
      </w:r>
      <w:r w:rsidR="00F31959" w:rsidRPr="00A84324">
        <w:rPr>
          <w:b/>
          <w:sz w:val="28"/>
          <w:szCs w:val="28"/>
        </w:rPr>
        <w:t>Gửi</w:t>
      </w:r>
      <w:r w:rsidRPr="00A84324">
        <w:rPr>
          <w:b/>
          <w:sz w:val="28"/>
          <w:szCs w:val="28"/>
        </w:rPr>
        <w:t xml:space="preserve"> hồ sơ</w:t>
      </w:r>
      <w:r w:rsidRPr="00A84324">
        <w:rPr>
          <w:sz w:val="28"/>
          <w:szCs w:val="28"/>
        </w:rPr>
        <w:t xml:space="preserve">. Hệ thống sẽ thông báo khi hồ sơ được gửi thành công. </w:t>
      </w:r>
    </w:p>
    <w:p w:rsidR="007E7719" w:rsidRPr="00A84324" w:rsidRDefault="00094CC2" w:rsidP="00B1369E">
      <w:pPr>
        <w:spacing w:before="120" w:after="120" w:line="360" w:lineRule="auto"/>
        <w:ind w:left="720"/>
        <w:rPr>
          <w:sz w:val="28"/>
          <w:szCs w:val="28"/>
        </w:rPr>
      </w:pPr>
      <w:r w:rsidRPr="00A84324">
        <w:rPr>
          <w:b/>
          <w:sz w:val="28"/>
          <w:szCs w:val="28"/>
        </w:rPr>
        <w:t>IV. Hồ sơ nhập học</w:t>
      </w:r>
      <w:r w:rsidR="00A84324" w:rsidRPr="00A84324">
        <w:rPr>
          <w:b/>
          <w:sz w:val="28"/>
          <w:szCs w:val="28"/>
        </w:rPr>
        <w:t xml:space="preserve"> nộp trực tiếp tại trường:</w:t>
      </w:r>
      <w:r w:rsidRPr="00A84324">
        <w:rPr>
          <w:b/>
          <w:sz w:val="28"/>
          <w:szCs w:val="28"/>
        </w:rPr>
        <w:br/>
      </w:r>
      <w:r w:rsidRPr="00A84324">
        <w:rPr>
          <w:sz w:val="28"/>
          <w:szCs w:val="28"/>
        </w:rPr>
        <w:t>1. Bản sao giấy khai sinh.</w:t>
      </w:r>
      <w:r w:rsidRPr="00A84324">
        <w:rPr>
          <w:sz w:val="28"/>
          <w:szCs w:val="28"/>
        </w:rPr>
        <w:br/>
        <w:t>2. Thẻ BHYT (01 bản photo).</w:t>
      </w:r>
      <w:r w:rsidRPr="00A84324">
        <w:rPr>
          <w:sz w:val="28"/>
          <w:szCs w:val="28"/>
        </w:rPr>
        <w:br/>
        <w:t>3. Bản photo hồ sơ tiêm chủng.</w:t>
      </w:r>
      <w:r w:rsidRPr="00A84324">
        <w:rPr>
          <w:sz w:val="28"/>
          <w:szCs w:val="28"/>
        </w:rPr>
        <w:br/>
        <w:t>4. Đơn xin nhập học (theo mẫu của trường).</w:t>
      </w:r>
      <w:r w:rsidRPr="00A84324">
        <w:rPr>
          <w:sz w:val="28"/>
          <w:szCs w:val="28"/>
        </w:rPr>
        <w:br/>
        <w:t>5. Giấy xác nhận cơ quan công tác tại địa bàn (nếu có).</w:t>
      </w:r>
      <w:r w:rsidRPr="00A84324">
        <w:rPr>
          <w:sz w:val="28"/>
          <w:szCs w:val="28"/>
        </w:rPr>
        <w:br/>
      </w:r>
      <w:r w:rsidRPr="00A84324">
        <w:rPr>
          <w:sz w:val="28"/>
          <w:szCs w:val="28"/>
        </w:rPr>
        <w:br/>
      </w:r>
      <w:r w:rsidRPr="00094CC2">
        <w:rPr>
          <w:b/>
          <w:i/>
          <w:sz w:val="28"/>
          <w:szCs w:val="28"/>
        </w:rPr>
        <w:t>LƯU Ý</w:t>
      </w:r>
      <w:r>
        <w:rPr>
          <w:sz w:val="28"/>
          <w:szCs w:val="28"/>
        </w:rPr>
        <w:t>:</w:t>
      </w:r>
      <w:r w:rsidRPr="00094CC2">
        <w:rPr>
          <w:sz w:val="28"/>
          <w:szCs w:val="28"/>
        </w:rPr>
        <w:br/>
      </w:r>
      <w:r w:rsidRPr="00A84324">
        <w:rPr>
          <w:sz w:val="28"/>
          <w:szCs w:val="28"/>
        </w:rPr>
        <w:t>- Phụ huynh kê khai đầy đủ thông tin và chờ nhà trường xét duyệt.</w:t>
      </w:r>
      <w:r w:rsidRPr="00A84324">
        <w:rPr>
          <w:sz w:val="28"/>
          <w:szCs w:val="28"/>
        </w:rPr>
        <w:br/>
        <w:t xml:space="preserve">- Nếu gặp khó khăn khi đăng ký trực tuyến, liên hệ: 02723.671.348 để được </w:t>
      </w:r>
      <w:r w:rsidR="00F31959" w:rsidRPr="00A84324">
        <w:rPr>
          <w:sz w:val="28"/>
          <w:szCs w:val="28"/>
        </w:rPr>
        <w:t xml:space="preserve"> nhà trường </w:t>
      </w:r>
      <w:r w:rsidRPr="00A84324">
        <w:rPr>
          <w:sz w:val="28"/>
          <w:szCs w:val="28"/>
        </w:rPr>
        <w:t>hướng dẫn.</w:t>
      </w:r>
      <w:r w:rsidRPr="00A84324">
        <w:rPr>
          <w:sz w:val="28"/>
          <w:szCs w:val="28"/>
        </w:rPr>
        <w:br/>
      </w:r>
      <w:r w:rsidRPr="00A84324">
        <w:rPr>
          <w:sz w:val="28"/>
          <w:szCs w:val="28"/>
        </w:rPr>
        <w:br/>
      </w:r>
    </w:p>
    <w:sectPr w:rsidR="007E7719" w:rsidRPr="00A84324" w:rsidSect="00A84324">
      <w:pgSz w:w="12240" w:h="15840"/>
      <w:pgMar w:top="993" w:right="90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D340A9"/>
    <w:multiLevelType w:val="multilevel"/>
    <w:tmpl w:val="8C3C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9970BA"/>
    <w:multiLevelType w:val="multilevel"/>
    <w:tmpl w:val="A36E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883A15"/>
    <w:multiLevelType w:val="multilevel"/>
    <w:tmpl w:val="E6B0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681857"/>
    <w:multiLevelType w:val="multilevel"/>
    <w:tmpl w:val="0376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F87214"/>
    <w:multiLevelType w:val="multilevel"/>
    <w:tmpl w:val="599E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B01EB"/>
    <w:multiLevelType w:val="multilevel"/>
    <w:tmpl w:val="A2C4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DC7990"/>
    <w:multiLevelType w:val="multilevel"/>
    <w:tmpl w:val="9598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8C3F83"/>
    <w:multiLevelType w:val="multilevel"/>
    <w:tmpl w:val="969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14"/>
  </w:num>
  <w:num w:numId="15">
    <w:abstractNumId w:val="9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2A5D"/>
    <w:rsid w:val="00094CC2"/>
    <w:rsid w:val="0015074B"/>
    <w:rsid w:val="001D4936"/>
    <w:rsid w:val="0029639D"/>
    <w:rsid w:val="00326F90"/>
    <w:rsid w:val="007E7719"/>
    <w:rsid w:val="00853BA6"/>
    <w:rsid w:val="00A61B8D"/>
    <w:rsid w:val="00A65AA4"/>
    <w:rsid w:val="00A74C4B"/>
    <w:rsid w:val="00A84324"/>
    <w:rsid w:val="00A87613"/>
    <w:rsid w:val="00A90A9B"/>
    <w:rsid w:val="00AA1D8D"/>
    <w:rsid w:val="00AB1415"/>
    <w:rsid w:val="00B124C3"/>
    <w:rsid w:val="00B1369E"/>
    <w:rsid w:val="00B47730"/>
    <w:rsid w:val="00CB0664"/>
    <w:rsid w:val="00CF2B66"/>
    <w:rsid w:val="00F31959"/>
    <w:rsid w:val="00F71E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65A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65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uyensinh.tayninh.edu.v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F1CF81-09EE-49A4-AB35-23E73D9E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2641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3</cp:revision>
  <dcterms:created xsi:type="dcterms:W3CDTF">2026-07-24T03:47:00Z</dcterms:created>
  <dcterms:modified xsi:type="dcterms:W3CDTF">2026-07-24T04:09:00Z</dcterms:modified>
</cp:coreProperties>
</file>